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94AC" w14:textId="77777777" w:rsidR="00EE10AB" w:rsidRDefault="00EE10AB">
      <w:pPr>
        <w:spacing w:after="40" w:line="252" w:lineRule="auto"/>
        <w:jc w:val="center"/>
        <w:rPr>
          <w:b/>
          <w:color w:val="00337D"/>
          <w:sz w:val="22"/>
          <w:lang w:eastAsia="ko-KR"/>
        </w:rPr>
      </w:pPr>
    </w:p>
    <w:p w14:paraId="2357C45C" w14:textId="06253352" w:rsidR="00C56FC4" w:rsidRPr="00EE10AB" w:rsidRDefault="00000000">
      <w:pPr>
        <w:spacing w:after="40" w:line="252" w:lineRule="auto"/>
        <w:jc w:val="center"/>
        <w:rPr>
          <w:sz w:val="32"/>
          <w:szCs w:val="32"/>
        </w:rPr>
      </w:pPr>
      <w:r w:rsidRPr="00EE10AB">
        <w:rPr>
          <w:rFonts w:eastAsia="Times New Roman"/>
          <w:b/>
          <w:color w:val="00337D"/>
          <w:sz w:val="32"/>
          <w:szCs w:val="32"/>
        </w:rPr>
        <w:t>WCBM 2026</w:t>
      </w:r>
    </w:p>
    <w:p w14:paraId="7914CEE7" w14:textId="77777777" w:rsidR="00C56FC4" w:rsidRDefault="00000000">
      <w:pPr>
        <w:spacing w:after="40" w:line="252" w:lineRule="auto"/>
        <w:jc w:val="center"/>
      </w:pPr>
      <w:r>
        <w:rPr>
          <w:rFonts w:eastAsia="Times New Roman"/>
          <w:b/>
          <w:color w:val="00337D"/>
          <w:sz w:val="34"/>
        </w:rPr>
        <w:t>WCBM 2026 Nomination Form: Distinguished Teacher Award</w:t>
      </w:r>
    </w:p>
    <w:p w14:paraId="2E52756F" w14:textId="77777777" w:rsidR="00C56FC4" w:rsidRDefault="00000000">
      <w:pPr>
        <w:spacing w:after="120" w:line="252" w:lineRule="auto"/>
        <w:jc w:val="center"/>
      </w:pPr>
      <w:r>
        <w:rPr>
          <w:rFonts w:eastAsia="Times New Roman"/>
          <w:b/>
          <w:color w:val="F49100"/>
          <w:sz w:val="22"/>
        </w:rPr>
        <w:t>Distinguished Teacher Award in Humanistic Management Practices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C56FC4" w14:paraId="5C42291B" w14:textId="77777777">
        <w:trPr>
          <w:trHeight w:val="60"/>
          <w:jc w:val="center"/>
        </w:trPr>
        <w:tc>
          <w:tcPr>
            <w:tcW w:w="10656" w:type="dxa"/>
            <w:shd w:val="clear" w:color="auto" w:fill="00337D"/>
          </w:tcPr>
          <w:p w14:paraId="2C6FE8C9" w14:textId="77777777" w:rsidR="00C56FC4" w:rsidRDefault="00C56FC4"/>
        </w:tc>
      </w:tr>
    </w:tbl>
    <w:p w14:paraId="712FD296" w14:textId="77777777" w:rsidR="00C56FC4" w:rsidRDefault="00C56FC4">
      <w:pPr>
        <w:spacing w:after="40" w:line="252" w:lineRule="auto"/>
      </w:pPr>
    </w:p>
    <w:p w14:paraId="52AEC644" w14:textId="77777777" w:rsidR="00C56FC4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1. Nomination Overview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920"/>
      </w:tblGrid>
      <w:tr w:rsidR="00C56FC4" w14:paraId="393AB756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15F90F9F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Award</w:t>
            </w:r>
          </w:p>
        </w:tc>
        <w:tc>
          <w:tcPr>
            <w:tcW w:w="7920" w:type="dxa"/>
            <w:vAlign w:val="center"/>
          </w:tcPr>
          <w:p w14:paraId="0ED91657" w14:textId="77777777" w:rsidR="00C56FC4" w:rsidRDefault="00000000">
            <w:r>
              <w:rPr>
                <w:rFonts w:eastAsia="Times New Roman"/>
                <w:sz w:val="19"/>
              </w:rPr>
              <w:t>Distinguished Teacher Award in Humanistic Management Practices</w:t>
            </w:r>
          </w:p>
        </w:tc>
      </w:tr>
      <w:tr w:rsidR="00C56FC4" w14:paraId="5FE2A0DF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1C982CC5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Eligibility</w:t>
            </w:r>
          </w:p>
        </w:tc>
        <w:tc>
          <w:tcPr>
            <w:tcW w:w="7920" w:type="dxa"/>
            <w:vAlign w:val="center"/>
          </w:tcPr>
          <w:p w14:paraId="14FA42D5" w14:textId="712DF62D" w:rsidR="00C56FC4" w:rsidRDefault="00000000">
            <w:pPr>
              <w:rPr>
                <w:rFonts w:hint="eastAsia"/>
                <w:lang w:eastAsia="ko-KR"/>
              </w:rPr>
            </w:pPr>
            <w:r>
              <w:rPr>
                <w:rFonts w:eastAsia="Times New Roman"/>
                <w:sz w:val="19"/>
              </w:rPr>
              <w:t xml:space="preserve">Teachers currently working at elementary, middle, or high schools, or equivalent educational institutions, who have practiced </w:t>
            </w:r>
            <w:r w:rsidR="00EE10AB" w:rsidRPr="00EE10AB">
              <w:rPr>
                <w:sz w:val="19"/>
                <w:szCs w:val="19"/>
              </w:rPr>
              <w:t>Humanistic and people-centered</w:t>
            </w:r>
            <w:r w:rsidR="00EE10AB">
              <w:rPr>
                <w:rFonts w:hint="eastAsia"/>
                <w:sz w:val="19"/>
                <w:szCs w:val="19"/>
                <w:lang w:eastAsia="ko-KR"/>
              </w:rPr>
              <w:t xml:space="preserve"> </w:t>
            </w:r>
            <w:r w:rsidR="00EE10AB" w:rsidRPr="00EE10AB">
              <w:rPr>
                <w:sz w:val="19"/>
                <w:szCs w:val="19"/>
              </w:rPr>
              <w:t>education</w:t>
            </w:r>
          </w:p>
        </w:tc>
      </w:tr>
      <w:tr w:rsidR="00C56FC4" w14:paraId="5E6BD592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14426D65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Nomination Type</w:t>
            </w:r>
          </w:p>
        </w:tc>
        <w:tc>
          <w:tcPr>
            <w:tcW w:w="7920" w:type="dxa"/>
            <w:vAlign w:val="center"/>
          </w:tcPr>
          <w:p w14:paraId="536B8220" w14:textId="77777777" w:rsidR="00C56FC4" w:rsidRDefault="00000000">
            <w:r>
              <w:rPr>
                <w:rFonts w:eastAsia="Times New Roman"/>
                <w:sz w:val="19"/>
              </w:rPr>
              <w:t>□ Institutional Nomination   □ Individual Nomination   □ Self-Nomination</w:t>
            </w:r>
          </w:p>
        </w:tc>
      </w:tr>
      <w:tr w:rsidR="00C56FC4" w14:paraId="0499362A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69ED3AF9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Application Period</w:t>
            </w:r>
          </w:p>
        </w:tc>
        <w:tc>
          <w:tcPr>
            <w:tcW w:w="7920" w:type="dxa"/>
            <w:vAlign w:val="center"/>
          </w:tcPr>
          <w:p w14:paraId="4CFC42BD" w14:textId="77777777" w:rsidR="00C56FC4" w:rsidRDefault="00000000">
            <w:r>
              <w:rPr>
                <w:rFonts w:eastAsia="Times New Roman"/>
                <w:sz w:val="19"/>
              </w:rPr>
              <w:t>July 1–September 18, 2026</w:t>
            </w:r>
          </w:p>
        </w:tc>
      </w:tr>
      <w:tr w:rsidR="00C56FC4" w14:paraId="000C767C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04BF9326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Submission</w:t>
            </w:r>
          </w:p>
        </w:tc>
        <w:tc>
          <w:tcPr>
            <w:tcW w:w="7920" w:type="dxa"/>
            <w:vAlign w:val="center"/>
          </w:tcPr>
          <w:p w14:paraId="447CBA86" w14:textId="77777777" w:rsidR="00C56FC4" w:rsidRDefault="00000000">
            <w:r>
              <w:rPr>
                <w:rFonts w:eastAsia="Times New Roman"/>
                <w:sz w:val="19"/>
              </w:rPr>
              <w:t>Official WCBM Email: wcbm@pngba.org</w:t>
            </w:r>
          </w:p>
        </w:tc>
      </w:tr>
    </w:tbl>
    <w:p w14:paraId="792A1151" w14:textId="77777777" w:rsidR="00C56FC4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2. Nominee Information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855"/>
        <w:gridCol w:w="3577"/>
        <w:gridCol w:w="1863"/>
        <w:gridCol w:w="3577"/>
      </w:tblGrid>
      <w:tr w:rsidR="00C56FC4" w14:paraId="054165A6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5DE738F3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Full Name</w:t>
            </w:r>
          </w:p>
        </w:tc>
        <w:tc>
          <w:tcPr>
            <w:tcW w:w="3672" w:type="dxa"/>
          </w:tcPr>
          <w:p w14:paraId="0A80B8BE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073C0B2C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Affiliation</w:t>
            </w:r>
          </w:p>
        </w:tc>
        <w:tc>
          <w:tcPr>
            <w:tcW w:w="3672" w:type="dxa"/>
          </w:tcPr>
          <w:p w14:paraId="258548AA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C56FC4" w14:paraId="4FB32A10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38E53426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Position/Title</w:t>
            </w:r>
          </w:p>
        </w:tc>
        <w:tc>
          <w:tcPr>
            <w:tcW w:w="3672" w:type="dxa"/>
          </w:tcPr>
          <w:p w14:paraId="4C0E5B0A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DC7622D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Department/Unit</w:t>
            </w:r>
          </w:p>
        </w:tc>
        <w:tc>
          <w:tcPr>
            <w:tcW w:w="3672" w:type="dxa"/>
          </w:tcPr>
          <w:p w14:paraId="450E467E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C56FC4" w14:paraId="10E458CB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27617CEF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Country</w:t>
            </w:r>
          </w:p>
        </w:tc>
        <w:tc>
          <w:tcPr>
            <w:tcW w:w="3672" w:type="dxa"/>
          </w:tcPr>
          <w:p w14:paraId="62029D7C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196094E3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Email</w:t>
            </w:r>
          </w:p>
        </w:tc>
        <w:tc>
          <w:tcPr>
            <w:tcW w:w="3672" w:type="dxa"/>
          </w:tcPr>
          <w:p w14:paraId="293C7F17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C56FC4" w14:paraId="790B7944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232F2982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Phone</w:t>
            </w:r>
          </w:p>
        </w:tc>
        <w:tc>
          <w:tcPr>
            <w:tcW w:w="3672" w:type="dxa"/>
          </w:tcPr>
          <w:p w14:paraId="635817D2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4596CAF3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Website/Profile URL</w:t>
            </w:r>
          </w:p>
        </w:tc>
        <w:tc>
          <w:tcPr>
            <w:tcW w:w="3672" w:type="dxa"/>
          </w:tcPr>
          <w:p w14:paraId="44F4A930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</w:tbl>
    <w:p w14:paraId="483815F2" w14:textId="77777777" w:rsidR="00C56FC4" w:rsidRDefault="00C56FC4">
      <w:pPr>
        <w:spacing w:after="0" w:line="252" w:lineRule="auto"/>
      </w:pPr>
    </w:p>
    <w:p w14:paraId="2AAEC2A7" w14:textId="77777777" w:rsidR="00C56FC4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3. Nominator Information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3581"/>
        <w:gridCol w:w="1854"/>
        <w:gridCol w:w="3581"/>
      </w:tblGrid>
      <w:tr w:rsidR="00C56FC4" w14:paraId="122BE0D2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0D6E3D10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Full Name</w:t>
            </w:r>
          </w:p>
        </w:tc>
        <w:tc>
          <w:tcPr>
            <w:tcW w:w="3672" w:type="dxa"/>
          </w:tcPr>
          <w:p w14:paraId="592951B9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213107EA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Affiliation</w:t>
            </w:r>
          </w:p>
        </w:tc>
        <w:tc>
          <w:tcPr>
            <w:tcW w:w="3672" w:type="dxa"/>
          </w:tcPr>
          <w:p w14:paraId="71097073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C56FC4" w14:paraId="7AA87E0D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385C8147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Position/Title</w:t>
            </w:r>
          </w:p>
        </w:tc>
        <w:tc>
          <w:tcPr>
            <w:tcW w:w="3672" w:type="dxa"/>
          </w:tcPr>
          <w:p w14:paraId="4FD841FB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36681513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Relationship to Nominee</w:t>
            </w:r>
          </w:p>
        </w:tc>
        <w:tc>
          <w:tcPr>
            <w:tcW w:w="3672" w:type="dxa"/>
          </w:tcPr>
          <w:p w14:paraId="51FD3A0A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C56FC4" w14:paraId="091BC13B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2CF8B28F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Email</w:t>
            </w:r>
          </w:p>
        </w:tc>
        <w:tc>
          <w:tcPr>
            <w:tcW w:w="3672" w:type="dxa"/>
          </w:tcPr>
          <w:p w14:paraId="5BE6D8E9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421C4EFE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Phone</w:t>
            </w:r>
          </w:p>
        </w:tc>
        <w:tc>
          <w:tcPr>
            <w:tcW w:w="3672" w:type="dxa"/>
          </w:tcPr>
          <w:p w14:paraId="530F32C6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C56FC4" w14:paraId="030B3F97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08D0AC1C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Nominating Institution, if any</w:t>
            </w:r>
          </w:p>
        </w:tc>
        <w:tc>
          <w:tcPr>
            <w:tcW w:w="3672" w:type="dxa"/>
          </w:tcPr>
          <w:p w14:paraId="48676013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40DD91B1" w14:textId="77777777" w:rsidR="00C56FC4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Contact Person, if any</w:t>
            </w:r>
          </w:p>
        </w:tc>
        <w:tc>
          <w:tcPr>
            <w:tcW w:w="3672" w:type="dxa"/>
          </w:tcPr>
          <w:p w14:paraId="0F2B1682" w14:textId="77777777" w:rsidR="00C56FC4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</w:tbl>
    <w:p w14:paraId="61932678" w14:textId="77777777" w:rsidR="00C56FC4" w:rsidRDefault="00C56FC4">
      <w:pPr>
        <w:spacing w:after="0" w:line="252" w:lineRule="auto"/>
      </w:pPr>
    </w:p>
    <w:p w14:paraId="6537C6A6" w14:textId="77777777" w:rsidR="00C56FC4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4. Key Evaluation Areas</w:t>
      </w:r>
    </w:p>
    <w:p w14:paraId="27CCC538" w14:textId="6CA102D3" w:rsidR="00C56FC4" w:rsidRDefault="00000000">
      <w:pPr>
        <w:spacing w:after="20" w:line="252" w:lineRule="auto"/>
      </w:pPr>
      <w:r>
        <w:rPr>
          <w:rFonts w:eastAsia="Times New Roman"/>
          <w:sz w:val="19"/>
        </w:rPr>
        <w:t xml:space="preserve">□ </w:t>
      </w:r>
      <w:r w:rsidR="00EE10AB" w:rsidRPr="00EE10AB">
        <w:t>Humanistic education and people-centered educational practices</w:t>
      </w:r>
    </w:p>
    <w:p w14:paraId="75B6B2EF" w14:textId="77777777" w:rsidR="00C56FC4" w:rsidRDefault="00000000">
      <w:pPr>
        <w:spacing w:after="20" w:line="252" w:lineRule="auto"/>
      </w:pPr>
      <w:r>
        <w:rPr>
          <w:rFonts w:eastAsia="Times New Roman"/>
          <w:sz w:val="19"/>
        </w:rPr>
        <w:t>□ Respect for the dignity and diversity of every student</w:t>
      </w:r>
    </w:p>
    <w:p w14:paraId="7CFB6080" w14:textId="77777777" w:rsidR="00C56FC4" w:rsidRDefault="00000000">
      <w:pPr>
        <w:spacing w:after="20" w:line="252" w:lineRule="auto"/>
      </w:pPr>
      <w:r>
        <w:rPr>
          <w:rFonts w:eastAsia="Times New Roman"/>
          <w:sz w:val="19"/>
        </w:rPr>
        <w:t>□ Contribution to students’ growth, responsibility, care, and sense of community</w:t>
      </w:r>
    </w:p>
    <w:p w14:paraId="52B1FB12" w14:textId="77777777" w:rsidR="00C56FC4" w:rsidRDefault="00000000">
      <w:pPr>
        <w:spacing w:after="20" w:line="252" w:lineRule="auto"/>
      </w:pPr>
      <w:r>
        <w:rPr>
          <w:rFonts w:eastAsia="Times New Roman"/>
          <w:sz w:val="19"/>
        </w:rPr>
        <w:t>□ Efforts to reduce educational disparities and support vulnerable students</w:t>
      </w:r>
    </w:p>
    <w:p w14:paraId="10F9C306" w14:textId="77777777" w:rsidR="00C56FC4" w:rsidRDefault="00000000">
      <w:pPr>
        <w:spacing w:after="20" w:line="252" w:lineRule="auto"/>
      </w:pPr>
      <w:r>
        <w:rPr>
          <w:rFonts w:eastAsia="Times New Roman"/>
          <w:sz w:val="19"/>
        </w:rPr>
        <w:t>□ Student-centered and responsible use of AI and digital technologies</w:t>
      </w:r>
    </w:p>
    <w:p w14:paraId="58BB7CB8" w14:textId="77777777" w:rsidR="00C56FC4" w:rsidRDefault="00000000">
      <w:pPr>
        <w:spacing w:after="20" w:line="252" w:lineRule="auto"/>
      </w:pPr>
      <w:r>
        <w:rPr>
          <w:rFonts w:eastAsia="Times New Roman"/>
          <w:sz w:val="19"/>
        </w:rPr>
        <w:t>□ Positive changes created in schools and communities</w:t>
      </w:r>
    </w:p>
    <w:p w14:paraId="2BAC79E2" w14:textId="77777777" w:rsidR="00C56FC4" w:rsidRDefault="00000000">
      <w:pPr>
        <w:spacing w:after="80" w:line="252" w:lineRule="auto"/>
      </w:pPr>
      <w:r>
        <w:rPr>
          <w:rFonts w:eastAsia="Times New Roman"/>
          <w:color w:val="505050"/>
          <w:sz w:val="17"/>
        </w:rPr>
        <w:t>※ These items are provided as guidance for preparing the nomination. Final review will be conducted comprehensively by the WCBM Review Committee.</w:t>
      </w:r>
    </w:p>
    <w:p w14:paraId="12CCA12E" w14:textId="77777777" w:rsidR="00C56FC4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5. Nomination Statement and Major Contributions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C56FC4" w14:paraId="4FD65243" w14:textId="77777777">
        <w:tc>
          <w:tcPr>
            <w:tcW w:w="10656" w:type="dxa"/>
            <w:shd w:val="clear" w:color="auto" w:fill="EAF3FF"/>
          </w:tcPr>
          <w:p w14:paraId="4F501F87" w14:textId="77777777" w:rsidR="00C56FC4" w:rsidRDefault="00000000">
            <w:r>
              <w:rPr>
                <w:rFonts w:eastAsia="Times New Roman"/>
                <w:b/>
                <w:color w:val="00337D"/>
                <w:sz w:val="19"/>
              </w:rPr>
              <w:t>A. Summary of the nominee’s major practices and achievements</w:t>
            </w:r>
          </w:p>
        </w:tc>
      </w:tr>
      <w:tr w:rsidR="00C56FC4" w14:paraId="419A76BA" w14:textId="77777777">
        <w:tc>
          <w:tcPr>
            <w:tcW w:w="10656" w:type="dxa"/>
          </w:tcPr>
          <w:p w14:paraId="6C1EB478" w14:textId="77777777" w:rsidR="00C56FC4" w:rsidRDefault="00C56FC4"/>
          <w:p w14:paraId="70FE6184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69F003F4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7D4A359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738B62E6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455DFC07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5DC9A3C5" w14:textId="77777777" w:rsidR="00C56FC4" w:rsidRDefault="00C56FC4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C56FC4" w14:paraId="659E3346" w14:textId="77777777">
        <w:tc>
          <w:tcPr>
            <w:tcW w:w="10656" w:type="dxa"/>
            <w:shd w:val="clear" w:color="auto" w:fill="EAF3FF"/>
          </w:tcPr>
          <w:p w14:paraId="1B9CB37B" w14:textId="77777777" w:rsidR="00C56FC4" w:rsidRDefault="00000000">
            <w:r>
              <w:rPr>
                <w:rFonts w:eastAsia="Times New Roman"/>
                <w:b/>
                <w:color w:val="00337D"/>
                <w:sz w:val="19"/>
              </w:rPr>
              <w:t>B. Specific examples and evidence of humanistic values in practice</w:t>
            </w:r>
          </w:p>
        </w:tc>
      </w:tr>
      <w:tr w:rsidR="00C56FC4" w14:paraId="2392B929" w14:textId="77777777">
        <w:tc>
          <w:tcPr>
            <w:tcW w:w="10656" w:type="dxa"/>
          </w:tcPr>
          <w:p w14:paraId="0121EA1D" w14:textId="77777777" w:rsidR="00C56FC4" w:rsidRDefault="00C56FC4"/>
          <w:p w14:paraId="0D1EFA4F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78755CC6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4975067C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2986B085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2F2EA041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2AC6B176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4ED623B3" w14:textId="77777777" w:rsidR="00C56FC4" w:rsidRDefault="00C56FC4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C56FC4" w14:paraId="769C72E1" w14:textId="77777777">
        <w:tc>
          <w:tcPr>
            <w:tcW w:w="10656" w:type="dxa"/>
            <w:shd w:val="clear" w:color="auto" w:fill="EAF3FF"/>
          </w:tcPr>
          <w:p w14:paraId="082460A6" w14:textId="77777777" w:rsidR="00C56FC4" w:rsidRDefault="00000000">
            <w:r>
              <w:rPr>
                <w:rFonts w:eastAsia="Times New Roman"/>
                <w:b/>
                <w:color w:val="00337D"/>
                <w:sz w:val="19"/>
              </w:rPr>
              <w:t>C. Positive impact on students, members, institutions, stakeholders, or communities</w:t>
            </w:r>
          </w:p>
        </w:tc>
      </w:tr>
      <w:tr w:rsidR="00C56FC4" w14:paraId="5B31A6EA" w14:textId="77777777">
        <w:tc>
          <w:tcPr>
            <w:tcW w:w="10656" w:type="dxa"/>
          </w:tcPr>
          <w:p w14:paraId="6AF012E1" w14:textId="77777777" w:rsidR="00C56FC4" w:rsidRDefault="00C56FC4"/>
          <w:p w14:paraId="1711265F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07F9BBE5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2A9E835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B3DEC95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1A9D3DE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1ADD52D9" w14:textId="77777777" w:rsidR="00C56FC4" w:rsidRDefault="00C56FC4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C56FC4" w14:paraId="60D6EC50" w14:textId="77777777">
        <w:tc>
          <w:tcPr>
            <w:tcW w:w="10656" w:type="dxa"/>
            <w:shd w:val="clear" w:color="auto" w:fill="EAF3FF"/>
          </w:tcPr>
          <w:p w14:paraId="37C021A1" w14:textId="77777777" w:rsidR="00C56FC4" w:rsidRDefault="00000000">
            <w:r>
              <w:rPr>
                <w:rFonts w:eastAsia="Times New Roman"/>
                <w:b/>
                <w:color w:val="00337D"/>
                <w:sz w:val="19"/>
              </w:rPr>
              <w:t>D. Additional considerations or list of supporting materials</w:t>
            </w:r>
          </w:p>
        </w:tc>
      </w:tr>
      <w:tr w:rsidR="00C56FC4" w14:paraId="79C582A2" w14:textId="77777777">
        <w:tc>
          <w:tcPr>
            <w:tcW w:w="10656" w:type="dxa"/>
          </w:tcPr>
          <w:p w14:paraId="30349633" w14:textId="77777777" w:rsidR="00C56FC4" w:rsidRDefault="00C56FC4"/>
          <w:p w14:paraId="6C72F3E6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103A270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37B5B1C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E631265" w14:textId="77777777" w:rsidR="00C56FC4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293167CE" w14:textId="77777777" w:rsidR="00C56FC4" w:rsidRDefault="00C56FC4">
      <w:pPr>
        <w:spacing w:after="0" w:line="252" w:lineRule="auto"/>
      </w:pPr>
    </w:p>
    <w:p w14:paraId="6768137D" w14:textId="77777777" w:rsidR="00C56FC4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6. Confirmation and Signature</w:t>
      </w:r>
    </w:p>
    <w:p w14:paraId="1EC09175" w14:textId="77777777" w:rsidR="00C56FC4" w:rsidRDefault="00000000">
      <w:pPr>
        <w:spacing w:after="80" w:line="252" w:lineRule="auto"/>
      </w:pPr>
      <w:r>
        <w:rPr>
          <w:rFonts w:eastAsia="Times New Roman"/>
          <w:sz w:val="19"/>
        </w:rPr>
        <w:t>The nominator confirms that the information provided above is based on facts and understands that the WCBM Review Committee may request additional supporting materials if necessary.</w:t>
      </w:r>
    </w:p>
    <w:p w14:paraId="5C98F052" w14:textId="77777777" w:rsidR="00C56FC4" w:rsidRDefault="00000000">
      <w:pPr>
        <w:spacing w:before="20" w:after="40" w:line="252" w:lineRule="auto"/>
        <w:jc w:val="right"/>
      </w:pPr>
      <w:r>
        <w:rPr>
          <w:rFonts w:eastAsia="Times New Roman"/>
        </w:rPr>
        <w:t>Date: Month      Day      , 2026</w:t>
      </w:r>
    </w:p>
    <w:p w14:paraId="72486A2E" w14:textId="77777777" w:rsidR="00C56FC4" w:rsidRDefault="00000000">
      <w:pPr>
        <w:spacing w:before="20" w:after="40" w:line="252" w:lineRule="auto"/>
        <w:jc w:val="right"/>
      </w:pPr>
      <w:r>
        <w:rPr>
          <w:rFonts w:eastAsia="Times New Roman"/>
        </w:rPr>
        <w:t xml:space="preserve">Nominator Name:                         Signature:                         </w:t>
      </w:r>
    </w:p>
    <w:p w14:paraId="5F1E523B" w14:textId="77777777" w:rsidR="00C56FC4" w:rsidRDefault="00000000">
      <w:pPr>
        <w:spacing w:before="20" w:after="40" w:line="252" w:lineRule="auto"/>
        <w:jc w:val="right"/>
      </w:pPr>
      <w:r>
        <w:rPr>
          <w:rFonts w:eastAsia="Times New Roman"/>
        </w:rPr>
        <w:t xml:space="preserve">Nominee Name:                            Signature:                         </w:t>
      </w:r>
    </w:p>
    <w:p w14:paraId="29459473" w14:textId="77777777" w:rsidR="00C56FC4" w:rsidRDefault="00000000">
      <w:pPr>
        <w:spacing w:before="160" w:after="0" w:line="252" w:lineRule="auto"/>
      </w:pPr>
      <w:r>
        <w:rPr>
          <w:rFonts w:eastAsia="Times New Roman"/>
          <w:color w:val="505050"/>
          <w:sz w:val="17"/>
        </w:rPr>
        <w:t>※ This draft form is prepared for upload to the WCBM 2026 official website and may be revised according to the final announcement and internal procedures.</w:t>
      </w:r>
    </w:p>
    <w:sectPr w:rsidR="00C56FC4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8472261">
    <w:abstractNumId w:val="8"/>
  </w:num>
  <w:num w:numId="2" w16cid:durableId="498351095">
    <w:abstractNumId w:val="6"/>
  </w:num>
  <w:num w:numId="3" w16cid:durableId="408649711">
    <w:abstractNumId w:val="5"/>
  </w:num>
  <w:num w:numId="4" w16cid:durableId="28993186">
    <w:abstractNumId w:val="4"/>
  </w:num>
  <w:num w:numId="5" w16cid:durableId="664167091">
    <w:abstractNumId w:val="7"/>
  </w:num>
  <w:num w:numId="6" w16cid:durableId="364791397">
    <w:abstractNumId w:val="3"/>
  </w:num>
  <w:num w:numId="7" w16cid:durableId="184252339">
    <w:abstractNumId w:val="2"/>
  </w:num>
  <w:num w:numId="8" w16cid:durableId="1285693948">
    <w:abstractNumId w:val="1"/>
  </w:num>
  <w:num w:numId="9" w16cid:durableId="1523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827FA"/>
    <w:rsid w:val="00AA1D8D"/>
    <w:rsid w:val="00B47730"/>
    <w:rsid w:val="00C56FC4"/>
    <w:rsid w:val="00CB0664"/>
    <w:rsid w:val="00EE10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84A8B4"/>
  <w14:defaultImageDpi w14:val="300"/>
  <w15:docId w15:val="{AC77E7FD-D810-4E15-8569-A9BDEE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맑은 고딕" w:hAnsi="Times New Roman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temp</cp:lastModifiedBy>
  <cp:revision>2</cp:revision>
  <dcterms:created xsi:type="dcterms:W3CDTF">2013-12-23T23:15:00Z</dcterms:created>
  <dcterms:modified xsi:type="dcterms:W3CDTF">2026-06-24T11:17:00Z</dcterms:modified>
  <cp:category/>
</cp:coreProperties>
</file>